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120"/>
        <w:jc w:val="right"/>
      </w:pPr>
      <w:r>
        <w:rPr>
          <w:rFonts w:ascii="Arial" w:hAnsi="Arial" w:cs="Arial"/>
          <w:b/>
          <w:color w:val="432686"/>
          <w:sz w:val="36"/>
          <w:rtl w:val="1"/>
          <w:szCs w:val="36"/>
          <w:bCs/>
        </w:rPr>
        <w:t>🔀 הצומת שלי – דף עבודה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1"/>
          <w:rtl w:val="1"/>
          <w:szCs w:val="21"/>
        </w:rPr>
        <w:t>ערכה להדפסה • הצומת שלי • פדגוגיה רגשית-חברתית</w:t>
      </w:r>
    </w:p>
    <w:p>
      <w:pPr>
        <w:bidi w:val="1"/>
        <w:spacing w:after="80"/>
        <w:jc w:val="right"/>
        <w:shd w:val="clear" w:color="auto" w:fill="0E7490"/>
      </w:pPr>
      <w:r>
        <w:rPr>
          <w:rFonts w:ascii="Arial" w:hAnsi="Arial" w:cs="Arial"/>
          <w:b/>
          <w:color w:val="FFFFFF"/>
          <w:sz w:val="22"/>
          <w:rtl w:val="1"/>
          <w:szCs w:val="22"/>
          <w:bCs/>
        </w:rPr>
        <w:t>👩‍🏫 מהדורה למורה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🎯 מטרות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לזהות את ארבע התחנות: מה קרה, מה חשבתי, מה הרגשתי, מה עשיתי.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להבין שאותו אירוע יכול להוביל לרגשות ולתגובות שונים – לפי המחשבה.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להבחין בין מחשבה שעוזרת באמת לבין "יהיה בסדר" מזויף.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לבנות צומת אישי ולבחור צעד קטן קדימה.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⏱️ מהלך – 45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דק׳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שלב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עושים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0–5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פתיחה: שלט הצומת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מציגים את 4 התחנות: 📍 מה קרה ← 💭 מה חשבתי ← 💗 מה הרגשתי ← 👣 מה עשיתי. שואלים: "איך ייתכן ששניים רואים אותו דבר ומרגישים אחרת?"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5–15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צומת במליאה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תרחיש אחד במצב הקרנה. עוצרים לפני שפותחים את הדרכים: "מה אפשר לחשוב?" אוספים מחשבות על הלוח וממיינים לאדום ולירוק (ש – שכל).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15–20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מדחום 1–5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לכל דרך – כל אחד/ת מראה באצבעות כמה חזק הרגש. משווים: אותו אירוע, עוצמה אחרת.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20–32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בזוגות: המשימה של הרמה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כל זוג עובד על תרחיש נוסף באתר או על לוח מודפס, ומשלים את המשימה של הרמה: התאמת רגש (יסודי), אמיתי או מזויף (חט״ב), מלכודות חשיבה ובדיקה (חט״ע), משלימים משפט (עולים), מסדרים תמונות (חנ״מ).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32–40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הצומת שלי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כל אחד/ת ממלא/ת בשקט צומת אישי על משהו קטן שקרה – לא חובה לשתף. מתנדבים/ות משתפים רק את המחשבה הירוקה (ד – דמיון: לדמיין את עצמי בוחר/ת אחרת).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40–45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סיכום ויציאה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"האירוע אותו אירוע – את המחשבה אפשר לבחור." כרטיס יציאה, ולמי שהרגיש/ה 4–5: עש״ן ד״ק קצר.</w:t>
            </w:r>
          </w:p>
        </w:tc>
      </w:tr>
    </w:tbl>
    <w:p/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⚡ גרסה של 10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דק׳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שלב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עושים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0–2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שלט הצומת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 התחנות על הלוח, בקצרה.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2–8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צומת אחד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תרחיש אחד במצב הקרנה: שתי הדרכים + מדחום באצבעות.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8–10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יציאה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"מחשבה ירוקה אחת שאני לוקח/ת איתי היום."</w:t>
            </w:r>
          </w:p>
        </w:tc>
      </w:tr>
    </w:tbl>
    <w:p/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🔑 תשובון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חלק א׳: מחשבות שמכבידות – "אף אחד לא רוצה לשבת איתי", "אני תמיד הורס/ת הכול". מחשבות שעוזרות – "אולי הם כבר סיכמו לשבת יחד", "אפשר לשאול אם יש מקום".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חלק ב׳: אין תשובה אחת נכונה – בודקים שהדרך הירוקה מציאותית ומובילה לפעולה.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חט״ע: במקרה ההודעה – מלכודת "קריאת מחשבות"; בדיקה: מה העובדות? מה עוד ייתכן?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🎨 התאמה לרמות (העמודים האחרונים)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🎒 יסודי + 📘 חט״ב: חלקים א׳–ג׳ ככתבם.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🎓 חט״ע: תוספת "בודקים את המחשבה" – מלכודות חשיבה ושאלות בדיקה.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🟢 עולים: דף מנוקד עם בנק מילים; אפשר לענות בשפת האם.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🧩 חנ״מ: דף תמונות – מקיפים פרצוף, ממספרים 4 תמונות לפי הסדר.</w:t>
      </w:r>
    </w:p>
    <w:p>
      <w:pPr>
        <w:bidi w:val="1"/>
        <w:spacing w:after="80"/>
        <w:jc w:val="right"/>
        <w:shd w:val="clear" w:color="auto" w:fill="E1F5EF"/>
      </w:pPr>
      <w:r>
        <w:rPr>
          <w:rFonts w:ascii="Arial" w:hAnsi="Arial" w:cs="Arial"/>
          <w:b w:val="0"/>
          <w:color w:val="0B5D4B"/>
          <w:sz w:val="21"/>
          <w:rtl w:val="1"/>
          <w:szCs w:val="21"/>
        </w:rPr>
        <w:t>💛 מרחב בטוח: זו למידת כלים – לא טיפול. הצומת האישי נכתב בשקט ולא חובה לשתף. מצוקה או סימן מדאיג – פונים ליועצת באותו יום. לתלמידים: "קשה? פנו ליועצת, לנאמני החוסן המורים או לנאמני החוסן התלמידים."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💬 מדברים רגש – 🔀 הצומת שלי</w:t>
      </w:r>
    </w:p>
    <w:p>
      <w:r>
        <w:br w:type="page"/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432686"/>
          <w:sz w:val="36"/>
          <w:rtl w:val="1"/>
          <w:szCs w:val="36"/>
          <w:bCs/>
        </w:rPr>
        <w:t>🔀 הצומת שלי – דף עבודה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1"/>
          <w:rtl w:val="1"/>
          <w:szCs w:val="21"/>
        </w:rPr>
        <w:t>ערכה להדפסה • הצומת שלי • פדגוגיה רגשית-חברתית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שם: ____________________   כיתה: ________   תאריך: __________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חלק א׳ – מכירים את הצומת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374151"/>
          <w:sz w:val="22"/>
          <w:rtl w:val="1"/>
          <w:szCs w:val="22"/>
        </w:rPr>
        <w:t>כל דבר שקורה לנו עובר דרך מחשבה. המחשבה הזאת משפיעה על מה שנרגיש ועל מה שנעשה.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val="clear" w:color="auto" w:fill="0E749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8"/>
                <w:rtl w:val="1"/>
                <w:szCs w:val="28"/>
                <w:bCs/>
              </w:rPr>
              <w:t>📍 מה קרה?</w:t>
            </w:r>
          </w:p>
        </w:tc>
        <w:tc>
          <w:tcPr>
            <w:tcW w:type="dxa" w:w="2635"/>
            <w:shd w:val="clear" w:color="auto" w:fill="0E749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8"/>
                <w:rtl w:val="1"/>
                <w:szCs w:val="28"/>
                <w:bCs/>
              </w:rPr>
              <w:t>💭 מה חשבתי?</w:t>
            </w:r>
          </w:p>
        </w:tc>
        <w:tc>
          <w:tcPr>
            <w:tcW w:type="dxa" w:w="2635"/>
            <w:shd w:val="clear" w:color="auto" w:fill="0E749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8"/>
                <w:rtl w:val="1"/>
                <w:szCs w:val="28"/>
                <w:bCs/>
              </w:rPr>
              <w:t>💗 מה הרגשתי?</w:t>
            </w:r>
          </w:p>
        </w:tc>
        <w:tc>
          <w:tcPr>
            <w:tcW w:type="dxa" w:w="2635"/>
            <w:shd w:val="clear" w:color="auto" w:fill="0E749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8"/>
                <w:rtl w:val="1"/>
                <w:szCs w:val="28"/>
                <w:bCs/>
              </w:rPr>
              <w:t>👣 מה עשיתי?</w:t>
            </w:r>
          </w:p>
        </w:tc>
      </w:tr>
    </w:tbl>
    <w:p/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📍 מה קרה? נכנסת לחדר האוכל עם המגש. השולחן של החברים שלך מלא, ואף אחד לא זז.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הקיפו בעיגול ירוק מחשבה שעוזרת, ובעיגול אדום מחשבה שמכבידה: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אף אחד לא רוצה לשבת איתי   ◯ אולי הם כבר סיכמו לשבת יחד   ◯ אני תמיד הורס/ת הכול   ◯ אפשר לשאול אם יש מקום, או לשבת ליד מישהו אחר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🌡️ כמה חזק הרגש בדרך האדומה? הקיפו: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108"/>
        <w:gridCol w:w="2108"/>
        <w:gridCol w:w="2108"/>
        <w:gridCol w:w="2108"/>
        <w:gridCol w:w="2108"/>
      </w:tblGrid>
      <w:tr>
        <w:tc>
          <w:tcPr>
            <w:tcW w:type="dxa" w:w="2108"/>
            <w:shd w:val="clear" w:color="auto" w:fill="2e9e5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1</w:t>
            </w:r>
          </w:p>
        </w:tc>
        <w:tc>
          <w:tcPr>
            <w:tcW w:type="dxa" w:w="2108"/>
            <w:shd w:val="clear" w:color="auto" w:fill="8cc63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2</w:t>
            </w:r>
          </w:p>
        </w:tc>
        <w:tc>
          <w:tcPr>
            <w:tcW w:type="dxa" w:w="2108"/>
            <w:shd w:val="clear" w:color="auto" w:fill="e3b50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3</w:t>
            </w:r>
          </w:p>
        </w:tc>
        <w:tc>
          <w:tcPr>
            <w:tcW w:type="dxa" w:w="2108"/>
            <w:shd w:val="clear" w:color="auto" w:fill="ec7a1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4</w:t>
            </w:r>
          </w:p>
        </w:tc>
        <w:tc>
          <w:tcPr>
            <w:tcW w:type="dxa" w:w="2108"/>
            <w:shd w:val="clear" w:color="auto" w:fill="d6283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5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🌡️ וכמה חזק בדרך הירוקה? הקיפו: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108"/>
        <w:gridCol w:w="2108"/>
        <w:gridCol w:w="2108"/>
        <w:gridCol w:w="2108"/>
        <w:gridCol w:w="2108"/>
      </w:tblGrid>
      <w:tr>
        <w:tc>
          <w:tcPr>
            <w:tcW w:type="dxa" w:w="2108"/>
            <w:shd w:val="clear" w:color="auto" w:fill="2e9e5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1</w:t>
            </w:r>
          </w:p>
        </w:tc>
        <w:tc>
          <w:tcPr>
            <w:tcW w:type="dxa" w:w="2108"/>
            <w:shd w:val="clear" w:color="auto" w:fill="8cc63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2</w:t>
            </w:r>
          </w:p>
        </w:tc>
        <w:tc>
          <w:tcPr>
            <w:tcW w:type="dxa" w:w="2108"/>
            <w:shd w:val="clear" w:color="auto" w:fill="e3b50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3</w:t>
            </w:r>
          </w:p>
        </w:tc>
        <w:tc>
          <w:tcPr>
            <w:tcW w:type="dxa" w:w="2108"/>
            <w:shd w:val="clear" w:color="auto" w:fill="ec7a1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4</w:t>
            </w:r>
          </w:p>
        </w:tc>
        <w:tc>
          <w:tcPr>
            <w:tcW w:type="dxa" w:w="2108"/>
            <w:shd w:val="clear" w:color="auto" w:fill="d6283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5</w:t>
            </w:r>
          </w:p>
        </w:tc>
      </w:tr>
    </w:tbl>
    <w:p/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חלק ב׳ – שתי דרכים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374151"/>
          <w:sz w:val="22"/>
          <w:rtl w:val="1"/>
          <w:szCs w:val="22"/>
        </w:rPr>
        <w:t>אותו אירוע – שתי מחשבות. השלימו את שתי הדרכים עד הסוף.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📍 מה קרה? ביום ההולדת שלך, החבר/ה הכי טוב/ה עוד לא שלח/ה לך ברכה, והשעה כבר שש בערב.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🔴 הדרך שמכבידה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🟢 הדרך שעוזרת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💭 מה חשבתי?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💗 מה הרגשתי?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🌡️ כמה חזק? (1–5)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1  2  3  4  5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1  2  3  4  5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👣 מה עשיתי?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הקיפו רגשות שיכולים להופיע בכל דרך: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מאוכזב/ת   ◯ פגוע/ה   ◯ כועס/ת   ◯ רגוע/ה   ◯ סקרן/ית   ◯ בודד/ה   ◯ מלא/ת תקווה   ◯ נבוך/ה</w:t>
      </w:r>
    </w:p>
    <w:p>
      <w:r>
        <w:br w:type="page"/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חלק ג׳ – הצומת שלי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374151"/>
          <w:sz w:val="22"/>
          <w:rtl w:val="1"/>
          <w:szCs w:val="22"/>
        </w:rPr>
        <w:t>חשבו על משהו קטן שקרה לכם (או דמיינו). אין צורך לשתף – זה בשבילכם.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0E7490"/>
          <w:sz w:val="28"/>
          <w:rtl w:val="1"/>
          <w:szCs w:val="28"/>
          <w:bCs/>
        </w:rPr>
        <w:t>🔀 הצומת שלי – לוח אישי</w:t>
      </w:r>
    </w:p>
    <w:p>
      <w:pPr>
        <w:bidi w:val="1"/>
        <w:spacing w:after="80"/>
        <w:jc w:val="right"/>
        <w:shd w:val="clear" w:color="auto" w:fill="EEF7FA"/>
      </w:pPr>
      <w:r>
        <w:rPr>
          <w:rFonts w:ascii="Arial" w:hAnsi="Arial" w:cs="Arial"/>
          <w:b w:val="0"/>
          <w:sz w:val="24"/>
          <w:rtl w:val="1"/>
          <w:szCs w:val="24"/>
        </w:rPr>
        <w:t>📍 מה קרה? 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1EBFC"/>
            <w:shd w:val="clear" w:color="auto" w:fill="FDEC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🔴 הדרך שמכבידה</w:t>
            </w:r>
          </w:p>
        </w:tc>
        <w:tc>
          <w:tcPr>
            <w:tcW w:type="dxa" w:w="5270"/>
            <w:shd w:val="clear" w:color="auto" w:fill="F1EBFC"/>
            <w:shd w:val="clear" w:color="auto" w:fill="E1F5E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🟢 הדרך שעוזרת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💭 מה חשבתי?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💭 מה חשבתי?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💗 מה הרגשתי?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💗 מה הרגשתי?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🌡️ 1  2  3  4  5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🌡️ 1  2  3  4  5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👣 מה עשיתי?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👣 מה עשיתי?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✍️ מה עזר לי להגיע לדרך הירוקה? (ש – שכל: בדקתי את המחשבה · ד – דמיון: דמיינתי את עצמי מגיב/ה אחרת)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✂️ 🎟️ כרטיס יציאה – הצומת שלי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  <w:t>מחשבה ירוקה אחת שאני לוקח/ת איתי: 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  <w:t>עכשיו אני ב־  1  2  3  4  5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  <w:t>צעד קטן שאעשה השבוע: ______________________________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💬 מדברים רגש – 🔀 הצומת שלי</w:t>
      </w:r>
    </w:p>
    <w:p>
      <w:r>
        <w:br w:type="page"/>
      </w:r>
    </w:p>
    <w:p>
      <w:pPr>
        <w:bidi w:val="1"/>
        <w:spacing w:after="80"/>
        <w:jc w:val="right"/>
        <w:shd w:val="clear" w:color="auto" w:fill="0E7490"/>
      </w:pPr>
      <w:r>
        <w:rPr>
          <w:rFonts w:ascii="Arial" w:hAnsi="Arial" w:cs="Arial"/>
          <w:b/>
          <w:color w:val="FFFFFF"/>
          <w:sz w:val="22"/>
          <w:rtl w:val="1"/>
          <w:szCs w:val="22"/>
          <w:bCs/>
        </w:rPr>
        <w:t>🎓 תוספת לחט״ע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🪤 בודקים את המחשבה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374151"/>
          <w:sz w:val="22"/>
          <w:rtl w:val="1"/>
          <w:szCs w:val="22"/>
        </w:rPr>
        <w:t>לפני שמחליפים מחשבה – בודקים אותה, כמו שבודקים ידיעה לפני ששולחים הלאה.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📍 שלחת לחבר/ה הודעה חשובה. עברו שש שעות – רואים שנקראה, בלי תשובה. המחשבה הראשונה: "הוא/היא כועס/ת עליי".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איזו מלכודת חשיבה יש כאן? הקיפו: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הכול או כלום   ◯ ניבוי שחורות   ◯ קריאת מחשבות   ◯ הכללה   ◯ תיוג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שאלת בדיקה</w:t>
            </w:r>
          </w:p>
        </w:tc>
        <w:tc>
          <w:tcPr>
            <w:tcW w:type="dxa" w:w="5270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התשובה שלי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מה העובדות – ומה הפרשנות?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איזו ראיה תומכת במחשבה? איזו סותרת?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מה הייתי אומר/ת לחבר/ה במצב הזה?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האם זה יהיה חשוב בעוד שבוע?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🟢 מחשבה מציאותית שעוזרת: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💬 מדברים רגש – 🔀 הצומת שלי</w:t>
      </w:r>
    </w:p>
    <w:p>
      <w:r>
        <w:br w:type="page"/>
      </w:r>
    </w:p>
    <w:p>
      <w:pPr>
        <w:bidi w:val="1"/>
        <w:spacing w:after="80"/>
        <w:jc w:val="right"/>
        <w:shd w:val="clear" w:color="auto" w:fill="0E7490"/>
      </w:pPr>
      <w:r>
        <w:rPr>
          <w:rFonts w:ascii="Arial" w:hAnsi="Arial" w:cs="Arial"/>
          <w:b/>
          <w:color w:val="FFFFFF"/>
          <w:sz w:val="22"/>
          <w:rtl w:val="1"/>
          <w:szCs w:val="22"/>
          <w:bCs/>
        </w:rPr>
        <w:t>🟢 עוֹלִים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הַצֹּמֶת שֶׁלִּי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שם: ____________________   כיתה: ________   תאריך: 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📒 בַּנְק מִלִּים: צֹמֶת (crossroads) · דֶּרֶךְ (way, road) · קָרָה (happened) · חָשַׁבְתִּי (I thought) · הִרְגַּשְׁתִּי (I felt) · עָשִׂיתִי (I did) · תְּגוּבָה (reaction) · חָזָק (strong)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📍 אָמַרְתִּי "שָׁלוֹם" לְיֶלֶד חָדָשׁ. הוּא לֹא עָנָה.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6"/>
          <w:rtl w:val="1"/>
          <w:szCs w:val="26"/>
        </w:rPr>
        <w:t>💭 הַקִּיפוּ: מַחְשָׁבָה שֶׁעוֹזֶרֶת 🟢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הוּא לֹא אוֹהֵב אוֹתִי   ◯ אוּלַי הוּא לֹא שָׁמַע   ◯ אוּלַי הוּא לֹא מֵבִין עִבְרִית עוֹד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6"/>
          <w:rtl w:val="1"/>
          <w:szCs w:val="26"/>
        </w:rPr>
        <w:t>💗 הַקִּיפוּ: אֵיךְ אֲנִי מַרְגִּישׁ/ה?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😢 עָצוּב / עֲצוּבָה   ◯ 🙂 רָגוּעַ / רְגוּעָה   ◯ 😳 מִתְבַּיֵּשׁ / מִתְבַּיֶּשֶׁת   ◯ 😊 גֵּאֶה / גֵּאָה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6"/>
          <w:rtl w:val="1"/>
          <w:szCs w:val="26"/>
        </w:rPr>
        <w:t>🌡️ כַּמָּה חָזָק?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108"/>
        <w:gridCol w:w="2108"/>
        <w:gridCol w:w="2108"/>
        <w:gridCol w:w="2108"/>
        <w:gridCol w:w="2108"/>
      </w:tblGrid>
      <w:tr>
        <w:tc>
          <w:tcPr>
            <w:tcW w:type="dxa" w:w="2108"/>
            <w:shd w:val="clear" w:color="auto" w:fill="2e9e5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1</w:t>
            </w:r>
          </w:p>
        </w:tc>
        <w:tc>
          <w:tcPr>
            <w:tcW w:type="dxa" w:w="2108"/>
            <w:shd w:val="clear" w:color="auto" w:fill="8cc63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2</w:t>
            </w:r>
          </w:p>
        </w:tc>
        <w:tc>
          <w:tcPr>
            <w:tcW w:type="dxa" w:w="2108"/>
            <w:shd w:val="clear" w:color="auto" w:fill="e3b50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3</w:t>
            </w:r>
          </w:p>
        </w:tc>
        <w:tc>
          <w:tcPr>
            <w:tcW w:type="dxa" w:w="2108"/>
            <w:shd w:val="clear" w:color="auto" w:fill="ec7a1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4</w:t>
            </w:r>
          </w:p>
        </w:tc>
        <w:tc>
          <w:tcPr>
            <w:tcW w:type="dxa" w:w="2108"/>
            <w:shd w:val="clear" w:color="auto" w:fill="d6283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5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6"/>
          <w:rtl w:val="1"/>
          <w:szCs w:val="26"/>
        </w:rPr>
        <w:t>👣 מָה אֲנִי עוֹשֶׂה? כִּתְבוּ (אֶפְשָׁר בְּשָׂפַת הָאֵם):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6"/>
          <w:rtl w:val="1"/>
          <w:szCs w:val="26"/>
        </w:rPr>
        <w:t>✍️ הַשְׁלִימוּ: אֲנִי חוֹשֵׁב/ת ______________ ← אֲנִי מַרְגִּישׁ/ה 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💬 מדברים רגש – 🔀 הצומת שלי</w:t>
      </w:r>
    </w:p>
    <w:p>
      <w:r>
        <w:br w:type="page"/>
      </w:r>
    </w:p>
    <w:p>
      <w:pPr>
        <w:bidi w:val="1"/>
        <w:spacing w:after="80"/>
        <w:jc w:val="right"/>
        <w:shd w:val="clear" w:color="auto" w:fill="0E7490"/>
      </w:pPr>
      <w:r>
        <w:rPr>
          <w:rFonts w:ascii="Arial" w:hAnsi="Arial" w:cs="Arial"/>
          <w:b/>
          <w:color w:val="FFFFFF"/>
          <w:sz w:val="22"/>
          <w:rtl w:val="1"/>
          <w:szCs w:val="22"/>
          <w:bCs/>
        </w:rPr>
        <w:t>🧩 חנ״מ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🔀 הצומת שלי – בתמונות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שם: ____________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🧱 בניתי מגדל. ילד עבר – והמגדל נפל.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💭 איזו מחשבה עוזרת? הקיפו: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😟💭 הוא עשה בכוונה!   ◯ 🙂💭 אוי, זו טעות.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💗 איך אני מרגיש/ה? הקיפו פרצוף: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108"/>
        <w:gridCol w:w="2108"/>
        <w:gridCol w:w="2108"/>
        <w:gridCol w:w="2108"/>
        <w:gridCol w:w="2108"/>
      </w:tblGrid>
      <w:tr>
        <w:tc>
          <w:tcPr>
            <w:tcW w:type="dxa" w:w="2108"/>
            <w:shd w:val="clear" w:color="auto" w:fill="2e9e5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😌</w:t>
            </w:r>
          </w:p>
        </w:tc>
        <w:tc>
          <w:tcPr>
            <w:tcW w:type="dxa" w:w="2108"/>
            <w:shd w:val="clear" w:color="auto" w:fill="8cc63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🙂</w:t>
            </w:r>
          </w:p>
        </w:tc>
        <w:tc>
          <w:tcPr>
            <w:tcW w:type="dxa" w:w="2108"/>
            <w:shd w:val="clear" w:color="auto" w:fill="e3b50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😕</w:t>
            </w:r>
          </w:p>
        </w:tc>
        <w:tc>
          <w:tcPr>
            <w:tcW w:type="dxa" w:w="2108"/>
            <w:shd w:val="clear" w:color="auto" w:fill="ec7a1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😣</w:t>
            </w:r>
          </w:p>
        </w:tc>
        <w:tc>
          <w:tcPr>
            <w:tcW w:type="dxa" w:w="2108"/>
            <w:shd w:val="clear" w:color="auto" w:fill="d6283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😡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👣 מה אני עושה? הקיפו: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😫 צועק/ת   ◯ 🧱 בונה שוב   ◯ 🌬️ נושם/ת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🔢 כתבו מספר 1–4 לפי הסדר: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💗 מה הרגשתי?</w:t>
            </w:r>
          </w:p>
        </w:tc>
        <w:tc>
          <w:tcPr>
            <w:tcW w:type="dxa" w:w="2635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📍 מה קרה?</w:t>
            </w:r>
          </w:p>
        </w:tc>
        <w:tc>
          <w:tcPr>
            <w:tcW w:type="dxa" w:w="2635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👣 מה עשיתי?</w:t>
            </w:r>
          </w:p>
        </w:tc>
        <w:tc>
          <w:tcPr>
            <w:tcW w:type="dxa" w:w="2635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💭 מה חשבתי?</w:t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___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___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___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___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✂️ 🎟️ כרטיס יציאה – הצומת שלי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  <w:t>🙂 אני יכול/ה לבחור מחשבה שעוזרת!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  <w:t>היום אני: 😌  🙂  😕  😣  😡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💬 מדברים רגש – 🔀 הצומת שלי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