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120"/>
        <w:jc w:val="right"/>
      </w:pPr>
      <w:r>
        <w:rPr>
          <w:rFonts w:ascii="Arial" w:hAnsi="Arial" w:cs="Arial"/>
          <w:b/>
          <w:color w:val="432686"/>
          <w:sz w:val="36"/>
          <w:rtl w:val="1"/>
          <w:szCs w:val="36"/>
          <w:bCs/>
        </w:rPr>
        <w:t>🔀 הצומת שלי – לוחות לכיתה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5B6472"/>
          <w:sz w:val="21"/>
          <w:rtl w:val="1"/>
          <w:szCs w:val="21"/>
        </w:rPr>
        <w:t>ערכה להדפסה • הצומת שלי • פדגוגיה רגשית-חברתית • לוחות לתלייה ולעבודה בזוגות</w:t>
      </w:r>
    </w:p>
    <w:p>
      <w:pPr>
        <w:bidi w:val="1"/>
        <w:spacing w:after="80"/>
        <w:jc w:val="right"/>
        <w:shd w:val="clear" w:color="auto" w:fill="F1EBFC"/>
      </w:pPr>
      <w:r>
        <w:rPr>
          <w:rFonts w:ascii="Arial" w:hAnsi="Arial" w:cs="Arial"/>
          <w:b/>
          <w:color w:val="432686"/>
          <w:sz w:val="28"/>
          <w:rtl w:val="1"/>
          <w:szCs w:val="28"/>
          <w:bCs/>
        </w:rPr>
        <w:t>🪧 שלט הצומת – ארבע תחנות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  <w:shd w:val="clear" w:color="auto" w:fill="0E749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8"/>
                <w:rtl w:val="1"/>
                <w:szCs w:val="28"/>
                <w:bCs/>
              </w:rPr>
              <w:t>📍 מה קרה?</w:t>
            </w:r>
          </w:p>
        </w:tc>
        <w:tc>
          <w:tcPr>
            <w:tcW w:type="dxa" w:w="2635"/>
            <w:shd w:val="clear" w:color="auto" w:fill="0E749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8"/>
                <w:rtl w:val="1"/>
                <w:szCs w:val="28"/>
                <w:bCs/>
              </w:rPr>
              <w:t>💭 מה חשבתי?</w:t>
            </w:r>
          </w:p>
        </w:tc>
        <w:tc>
          <w:tcPr>
            <w:tcW w:type="dxa" w:w="2635"/>
            <w:shd w:val="clear" w:color="auto" w:fill="0E749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8"/>
                <w:rtl w:val="1"/>
                <w:szCs w:val="28"/>
                <w:bCs/>
              </w:rPr>
              <w:t>💗 מה הרגשתי?</w:t>
            </w:r>
          </w:p>
        </w:tc>
        <w:tc>
          <w:tcPr>
            <w:tcW w:type="dxa" w:w="2635"/>
            <w:shd w:val="clear" w:color="auto" w:fill="0E749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8"/>
                <w:rtl w:val="1"/>
                <w:szCs w:val="28"/>
                <w:bCs/>
              </w:rPr>
              <w:t>👣 מה עשיתי?</w:t>
            </w:r>
          </w:p>
        </w:tc>
      </w:tr>
    </w:tbl>
    <w:p/>
    <w:p>
      <w:pPr>
        <w:bidi w:val="1"/>
        <w:spacing w:after="80"/>
        <w:jc w:val="right"/>
        <w:shd w:val="clear" w:color="auto" w:fill="F6F3FF"/>
      </w:pPr>
      <w:r>
        <w:rPr>
          <w:rFonts w:ascii="Arial" w:hAnsi="Arial" w:cs="Arial"/>
          <w:b w:val="0"/>
          <w:sz w:val="24"/>
          <w:rtl w:val="1"/>
          <w:szCs w:val="24"/>
        </w:rPr>
        <w:t>בכל צומת יש שתי דרכים: 🔴 מחשבה שמכבידה ו־🟢 מחשבה שעוזרת. האירוע אותו אירוע – המחשבה משנה את הרגש ואת התגובה.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🌡️ מדחום הרגש: 1 = קצת · 5 = מאוד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2108"/>
        <w:gridCol w:w="2108"/>
        <w:gridCol w:w="2108"/>
        <w:gridCol w:w="2108"/>
        <w:gridCol w:w="2108"/>
      </w:tblGrid>
      <w:tr>
        <w:tc>
          <w:tcPr>
            <w:tcW w:type="dxa" w:w="2108"/>
            <w:shd w:val="clear" w:color="auto" w:fill="2e9e5b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1</w:t>
            </w:r>
          </w:p>
        </w:tc>
        <w:tc>
          <w:tcPr>
            <w:tcW w:type="dxa" w:w="2108"/>
            <w:shd w:val="clear" w:color="auto" w:fill="8cc63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2</w:t>
            </w:r>
          </w:p>
        </w:tc>
        <w:tc>
          <w:tcPr>
            <w:tcW w:type="dxa" w:w="2108"/>
            <w:shd w:val="clear" w:color="auto" w:fill="e3b50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3</w:t>
            </w:r>
          </w:p>
        </w:tc>
        <w:tc>
          <w:tcPr>
            <w:tcW w:type="dxa" w:w="2108"/>
            <w:shd w:val="clear" w:color="auto" w:fill="ec7a1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4</w:t>
            </w:r>
          </w:p>
        </w:tc>
        <w:tc>
          <w:tcPr>
            <w:tcW w:type="dxa" w:w="2108"/>
            <w:shd w:val="clear" w:color="auto" w:fill="d6283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5</w:t>
            </w:r>
          </w:p>
        </w:tc>
      </w:tr>
    </w:tbl>
    <w:p/>
    <w:p>
      <w:pPr>
        <w:bidi w:val="1"/>
        <w:spacing w:after="80"/>
        <w:jc w:val="right"/>
        <w:shd w:val="clear" w:color="auto" w:fill="E1F5EF"/>
      </w:pPr>
      <w:r>
        <w:rPr>
          <w:rFonts w:ascii="Arial" w:hAnsi="Arial" w:cs="Arial"/>
          <w:b w:val="0"/>
          <w:color w:val="0B5D4B"/>
          <w:sz w:val="21"/>
          <w:rtl w:val="1"/>
          <w:szCs w:val="21"/>
        </w:rPr>
        <w:t>🌉 גש״ר מאח״ד: ש – שכל (לבדוק את המחשבה) · ד – דמיון (לדמיין תגובה אחרת). כשהרגש ב־4–5: קודם עש״ן ד״ק – עוצרים, שרירים, נשימה, דיבור עצמי מרגיע, קדימה.</w:t>
      </w:r>
    </w:p>
    <w:p>
      <w:pPr>
        <w:bidi w:val="1"/>
        <w:spacing w:after="80"/>
        <w:jc w:val="right"/>
        <w:shd w:val="clear" w:color="auto" w:fill="E1F5EF"/>
      </w:pPr>
      <w:r>
        <w:rPr>
          <w:rFonts w:ascii="Arial" w:hAnsi="Arial" w:cs="Arial"/>
          <w:b w:val="0"/>
          <w:color w:val="0B5D4B"/>
          <w:sz w:val="21"/>
          <w:rtl w:val="1"/>
          <w:szCs w:val="21"/>
        </w:rPr>
        <w:t>💡 למורה: אפשר לקפל את הלוחות כך שרק "מה קרה?" גלוי, לשאול "מה אפשר לחשוב?" – ורק אז לפתוח את שתי הדרכים.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5B6472"/>
          <w:sz w:val="20"/>
          <w:rtl w:val="1"/>
          <w:szCs w:val="20"/>
        </w:rPr>
        <w:t>יצרה: רוית ראש בן ישי · 💬 מדברים רגש – 🔀 הצומת שלי</w:t>
      </w:r>
    </w:p>
    <w:p>
      <w:r>
        <w:br w:type="page"/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0E7490"/>
          <w:sz w:val="28"/>
          <w:rtl w:val="1"/>
          <w:szCs w:val="28"/>
          <w:bCs/>
        </w:rPr>
        <w:t>🎨 🎒 יסודי · הציור</w:t>
      </w:r>
    </w:p>
    <w:p>
      <w:pPr>
        <w:bidi w:val="1"/>
        <w:spacing w:after="80"/>
        <w:jc w:val="right"/>
        <w:shd w:val="clear" w:color="auto" w:fill="EEF7FA"/>
      </w:pPr>
      <w:r>
        <w:rPr>
          <w:rFonts w:ascii="Arial" w:hAnsi="Arial" w:cs="Arial"/>
          <w:b w:val="0"/>
          <w:sz w:val="26"/>
          <w:rtl w:val="1"/>
          <w:szCs w:val="26"/>
        </w:rPr>
        <w:t>📍 ציירתי ציור והראיתי לחברה. היא אמרה רק "נחמד" והמשיכה לצייר.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  <w:shd w:val="clear" w:color="auto" w:fill="F1EBFC"/>
            <w:shd w:val="clear" w:color="auto" w:fill="FDEC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🔴 הדרך שמכבידה</w:t>
            </w:r>
          </w:p>
        </w:tc>
        <w:tc>
          <w:tcPr>
            <w:tcW w:type="dxa" w:w="5270"/>
            <w:shd w:val="clear" w:color="auto" w:fill="F1EBFC"/>
            <w:shd w:val="clear" w:color="auto" w:fill="E1F5E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🟢 הדרך שעוזרת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💭 "היא חושבת שהציור שלי מכוער."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💭 "אולי היא מרוכזת בציור שלה. אפשר לשאול מה היא הכי אהבה."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💗 😞 נעלב/ת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💗 🙂 סקרן/ית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🌡️ 1  2  3  4  5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🌡️ 1  2  3  4  5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👣 קורעים את הציור ולא מראים יותר לאף אחד.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👣 שואלים אותה: "מה הכי אהבת בציור שלי?"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/>
          <w:color w:val="0E7490"/>
          <w:sz w:val="28"/>
          <w:rtl w:val="1"/>
          <w:szCs w:val="28"/>
          <w:bCs/>
        </w:rPr>
        <w:t>🥪 🎒 יסודי · ארוחת עשר</w:t>
      </w:r>
    </w:p>
    <w:p>
      <w:pPr>
        <w:bidi w:val="1"/>
        <w:spacing w:after="80"/>
        <w:jc w:val="right"/>
        <w:shd w:val="clear" w:color="auto" w:fill="EEF7FA"/>
      </w:pPr>
      <w:r>
        <w:rPr>
          <w:rFonts w:ascii="Arial" w:hAnsi="Arial" w:cs="Arial"/>
          <w:b w:val="0"/>
          <w:sz w:val="26"/>
          <w:rtl w:val="1"/>
          <w:szCs w:val="26"/>
        </w:rPr>
        <w:t>📍 שכחתי את הסנדוויץ׳ בבית, ועכשיו ארוחת עשר.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  <w:shd w:val="clear" w:color="auto" w:fill="F1EBFC"/>
            <w:shd w:val="clear" w:color="auto" w:fill="FDEC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🔴 הדרך שמכבידה</w:t>
            </w:r>
          </w:p>
        </w:tc>
        <w:tc>
          <w:tcPr>
            <w:tcW w:type="dxa" w:w="5270"/>
            <w:shd w:val="clear" w:color="auto" w:fill="F1EBFC"/>
            <w:shd w:val="clear" w:color="auto" w:fill="E1F5E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🟢 הדרך שעוזרת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💭 "יום נורא! אהיה רעב/ה כל היום ואף אחד לא יעזור לי."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💭 "זה קורה לכל אחד. אפשר לבקש עזרה מהמורה."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💗 😣 מודאג/ת ומתוסכל/ת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💗 😕 מאוכזב/ת קצת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🌡️ 1  2  3  4  5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🌡️ 1  2  3  4  5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👣 יושבים בצד ובוכים בשקט.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👣 ניגשים למורה ואומרים: "שכחתי אוכל, אפשר עזרה?"</w:t>
            </w:r>
          </w:p>
        </w:tc>
      </w:tr>
    </w:tbl>
    <w:p/>
    <w:p>
      <w:r>
        <w:br w:type="page"/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0E7490"/>
          <w:sz w:val="28"/>
          <w:rtl w:val="1"/>
          <w:szCs w:val="28"/>
          <w:bCs/>
        </w:rPr>
        <w:t>⚽ 🎒 יסודי · בחירת קבוצות</w:t>
      </w:r>
    </w:p>
    <w:p>
      <w:pPr>
        <w:bidi w:val="1"/>
        <w:spacing w:after="80"/>
        <w:jc w:val="right"/>
        <w:shd w:val="clear" w:color="auto" w:fill="EEF7FA"/>
      </w:pPr>
      <w:r>
        <w:rPr>
          <w:rFonts w:ascii="Arial" w:hAnsi="Arial" w:cs="Arial"/>
          <w:b w:val="0"/>
          <w:sz w:val="26"/>
          <w:rtl w:val="1"/>
          <w:szCs w:val="26"/>
        </w:rPr>
        <w:t>📍 בשיעור ספורט בחרו קבוצות – ובחרו אותי אחרון/ה.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  <w:shd w:val="clear" w:color="auto" w:fill="F1EBFC"/>
            <w:shd w:val="clear" w:color="auto" w:fill="FDEC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🔴 הדרך שמכבידה</w:t>
            </w:r>
          </w:p>
        </w:tc>
        <w:tc>
          <w:tcPr>
            <w:tcW w:type="dxa" w:w="5270"/>
            <w:shd w:val="clear" w:color="auto" w:fill="F1EBFC"/>
            <w:shd w:val="clear" w:color="auto" w:fill="E1F5E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🟢 הדרך שעוזרת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💭 "אף אחד לא רוצה אותי. אני גרוע/ה בספורט."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💭 "מישהו תמיד נבחר אחרון. במשחק עצמו אני יכול/ה להראות מה אני יודע/ת."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💗 😢 עצוב/ה ומתבייש/ת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💗 😕 מאוכזב/ת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🌡️ 1  2  3  4  5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🌡️ 1  2  3  4  5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👣 אומרים "לא בא לי לשחק" ויושבים על הספסל.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👣 מצטרפים ומשחקים בכל הכוח. אחר כך מציעים למורה לבחור קבוצות בהגרלה.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/>
          <w:color w:val="0E7490"/>
          <w:sz w:val="28"/>
          <w:rtl w:val="1"/>
          <w:szCs w:val="28"/>
          <w:bCs/>
        </w:rPr>
        <w:t>🪑 🎒 יסודי · מקום ישיבה</w:t>
      </w:r>
    </w:p>
    <w:p>
      <w:pPr>
        <w:bidi w:val="1"/>
        <w:spacing w:after="80"/>
        <w:jc w:val="right"/>
        <w:shd w:val="clear" w:color="auto" w:fill="EEF7FA"/>
      </w:pPr>
      <w:r>
        <w:rPr>
          <w:rFonts w:ascii="Arial" w:hAnsi="Arial" w:cs="Arial"/>
          <w:b w:val="0"/>
          <w:sz w:val="26"/>
          <w:rtl w:val="1"/>
          <w:szCs w:val="26"/>
        </w:rPr>
        <w:t>📍 החבר הכי טוב שלי ישב היום ליד ילד אחר.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  <w:shd w:val="clear" w:color="auto" w:fill="F1EBFC"/>
            <w:shd w:val="clear" w:color="auto" w:fill="FDEC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🔴 הדרך שמכבידה</w:t>
            </w:r>
          </w:p>
        </w:tc>
        <w:tc>
          <w:tcPr>
            <w:tcW w:type="dxa" w:w="5270"/>
            <w:shd w:val="clear" w:color="auto" w:fill="F1EBFC"/>
            <w:shd w:val="clear" w:color="auto" w:fill="E1F5E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🟢 הדרך שעוזרת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💭 "הוא כבר לא רוצה להיות החבר שלי."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💭 "אפשר לשבת ליד כמה חברים. בהפסקה אשאל אותו אם נשחק יחד."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💗 😢 מקנא/ת ועצוב/ה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💗 🙂 קצת עצוב/ה, אבל רגוע/ה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🌡️ 1  2  3  4  5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🌡️ 1  2  3  4  5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👣 לא מדברים איתו כל היום.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👣 בהפסקה ניגשים ומציעים: "בוא נשחק יחד?"</w:t>
            </w:r>
          </w:p>
        </w:tc>
      </w:tr>
    </w:tbl>
    <w:p/>
    <w:p>
      <w:r>
        <w:br w:type="page"/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0E7490"/>
          <w:sz w:val="28"/>
          <w:rtl w:val="1"/>
          <w:szCs w:val="28"/>
          <w:bCs/>
        </w:rPr>
        <w:t>📝 🎒 יסודי · הבוחן</w:t>
      </w:r>
    </w:p>
    <w:p>
      <w:pPr>
        <w:bidi w:val="1"/>
        <w:spacing w:after="80"/>
        <w:jc w:val="right"/>
        <w:shd w:val="clear" w:color="auto" w:fill="EEF7FA"/>
      </w:pPr>
      <w:r>
        <w:rPr>
          <w:rFonts w:ascii="Arial" w:hAnsi="Arial" w:cs="Arial"/>
          <w:b w:val="0"/>
          <w:sz w:val="26"/>
          <w:rtl w:val="1"/>
          <w:szCs w:val="26"/>
        </w:rPr>
        <w:t>📍 המורה החזירה לי בוחן עם הרבה סימונים באדום.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  <w:shd w:val="clear" w:color="auto" w:fill="F1EBFC"/>
            <w:shd w:val="clear" w:color="auto" w:fill="FDEC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🔴 הדרך שמכבידה</w:t>
            </w:r>
          </w:p>
        </w:tc>
        <w:tc>
          <w:tcPr>
            <w:tcW w:type="dxa" w:w="5270"/>
            <w:shd w:val="clear" w:color="auto" w:fill="F1EBFC"/>
            <w:shd w:val="clear" w:color="auto" w:fill="E1F5E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🟢 הדרך שעוזרת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💭 "אני לא מוצלח/ת. אף פעם לא אצליח."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💭 "הסימונים מראים מה עוד לא למדתי – עוד לא! אפשר לבקש הסבר."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💗 😩 מיואש/ת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💗 🙂 מאוכזב/ת, עם תקווה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🌡️ 1  2  3  4  5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🌡️ 1  2  3  4  5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👣 מקמטים את הדף ומחביאים אותו בתיק.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👣 ניגשים למורה ושואלים על שני תרגילים.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/>
          <w:color w:val="0E7490"/>
          <w:sz w:val="28"/>
          <w:rtl w:val="1"/>
          <w:szCs w:val="28"/>
          <w:bCs/>
        </w:rPr>
        <w:t>📱 📘 חט״ב–חט״ע · ההודעה בקבוצה</w:t>
      </w:r>
    </w:p>
    <w:p>
      <w:pPr>
        <w:bidi w:val="1"/>
        <w:spacing w:after="80"/>
        <w:jc w:val="right"/>
        <w:shd w:val="clear" w:color="auto" w:fill="EEF7FA"/>
      </w:pPr>
      <w:r>
        <w:rPr>
          <w:rFonts w:ascii="Arial" w:hAnsi="Arial" w:cs="Arial"/>
          <w:b w:val="0"/>
          <w:sz w:val="26"/>
          <w:rtl w:val="1"/>
          <w:szCs w:val="26"/>
        </w:rPr>
        <w:t>📍 שלחת הודעה בקבוצה של הכיתה. רואים שכולם קראו – ואף אחד לא הגיב.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  <w:shd w:val="clear" w:color="auto" w:fill="F1EBFC"/>
            <w:shd w:val="clear" w:color="auto" w:fill="FDEC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🔴 הדרך שמכבידה</w:t>
            </w:r>
          </w:p>
        </w:tc>
        <w:tc>
          <w:tcPr>
            <w:tcW w:type="dxa" w:w="5270"/>
            <w:shd w:val="clear" w:color="auto" w:fill="F1EBFC"/>
            <w:shd w:val="clear" w:color="auto" w:fill="E1F5E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🟢 הדרך שעוזרת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💭 "צוחקים עליי בפרטי. עשיתי פדיחה."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💭 "קריאה זו לא תשובה. אולי כולם עסוקים או שאין מה להוסיף."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💗 😳 נבוך/ה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💗 🙂 קצת נבוך/ה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🌡️ 1  2  3  4  5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🌡️ 1  2  3  4  5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👣 מוחקים את ההודעה ומשתיקים את הקבוצה לשבוע.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👣 ממשיכים ביום. אם זה חשוב – שואלים חבר/ה קרוב/ה בפרטי.</w:t>
            </w:r>
          </w:p>
        </w:tc>
      </w:tr>
    </w:tbl>
    <w:p/>
    <w:p>
      <w:r>
        <w:br w:type="page"/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0E7490"/>
          <w:sz w:val="28"/>
          <w:rtl w:val="1"/>
          <w:szCs w:val="28"/>
          <w:bCs/>
        </w:rPr>
        <w:t>🧪 📘 חט״ב–חט״ע · העבודה הקבוצתית</w:t>
      </w:r>
    </w:p>
    <w:p>
      <w:pPr>
        <w:bidi w:val="1"/>
        <w:spacing w:after="80"/>
        <w:jc w:val="right"/>
        <w:shd w:val="clear" w:color="auto" w:fill="EEF7FA"/>
      </w:pPr>
      <w:r>
        <w:rPr>
          <w:rFonts w:ascii="Arial" w:hAnsi="Arial" w:cs="Arial"/>
          <w:b w:val="0"/>
          <w:sz w:val="26"/>
          <w:rtl w:val="1"/>
          <w:szCs w:val="26"/>
        </w:rPr>
        <w:t>📍 בעבודה בקבוצה בחרו את הרעיון של מישהו אחר ולא את שלך.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  <w:shd w:val="clear" w:color="auto" w:fill="F1EBFC"/>
            <w:shd w:val="clear" w:color="auto" w:fill="FDEC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🔴 הדרך שמכבידה</w:t>
            </w:r>
          </w:p>
        </w:tc>
        <w:tc>
          <w:tcPr>
            <w:tcW w:type="dxa" w:w="5270"/>
            <w:shd w:val="clear" w:color="auto" w:fill="F1EBFC"/>
            <w:shd w:val="clear" w:color="auto" w:fill="E1F5E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🟢 הדרך שעוזרת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💭 "הרעיונות שלי לא שווים כלום. אין לי מה לתרום."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💭 "בחרו רעיון אחד מתוך כמה. אפשר להכניס חלק מהרעיון שלי לתוך שלהם."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💗 😤 נעלב/ת ומתוסכל/ת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💗 😕 מאוכזב/ת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🌡️ 1  2  3  4  5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🌡️ 1  2  3  4  5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👣 מפסיקים להשתתף ונותנים להם לעבוד לבד.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👣 מציעים: "אפשר להוסיף את הגרפים מהרעיון שלי?"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/>
          <w:color w:val="0E7490"/>
          <w:sz w:val="28"/>
          <w:rtl w:val="1"/>
          <w:szCs w:val="28"/>
          <w:bCs/>
        </w:rPr>
        <w:t>🏀 📘 חט״ב–חט״ע · הספסל</w:t>
      </w:r>
    </w:p>
    <w:p>
      <w:pPr>
        <w:bidi w:val="1"/>
        <w:spacing w:after="80"/>
        <w:jc w:val="right"/>
        <w:shd w:val="clear" w:color="auto" w:fill="EEF7FA"/>
      </w:pPr>
      <w:r>
        <w:rPr>
          <w:rFonts w:ascii="Arial" w:hAnsi="Arial" w:cs="Arial"/>
          <w:b w:val="0"/>
          <w:sz w:val="26"/>
          <w:rtl w:val="1"/>
          <w:szCs w:val="26"/>
        </w:rPr>
        <w:t>📍 המאמן/ת לא הכניס/ה אותך לשחק בכל המחצית הראשונה.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  <w:shd w:val="clear" w:color="auto" w:fill="F1EBFC"/>
            <w:shd w:val="clear" w:color="auto" w:fill="FDEC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🔴 הדרך שמכבידה</w:t>
            </w:r>
          </w:p>
        </w:tc>
        <w:tc>
          <w:tcPr>
            <w:tcW w:type="dxa" w:w="5270"/>
            <w:shd w:val="clear" w:color="auto" w:fill="F1EBFC"/>
            <w:shd w:val="clear" w:color="auto" w:fill="E1F5E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🟢 הדרך שעוזרת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💭 "המאמן/ת לא סובל/ת אותי. אין טעם להתאמן."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💭 "אולי יש סיבה טקטית. אפשר לשאול על מה כדאי לי לעבוד."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💗 😠 כועס/ת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💗 😕 מאוכזב/ת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🌡️ 1  2  3  4  5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🌡️ 1  2  3  4  5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👣 זורקים את הבקבוק ומדלגים על האימון הבא.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👣 אחרי המשחק שואלים בנימוס: "על מה כדאי לי לעבוד?"</w:t>
            </w:r>
          </w:p>
        </w:tc>
      </w:tr>
    </w:tbl>
    <w:p/>
    <w:p>
      <w:r>
        <w:br w:type="page"/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0E7490"/>
          <w:sz w:val="28"/>
          <w:rtl w:val="1"/>
          <w:szCs w:val="28"/>
          <w:bCs/>
        </w:rPr>
        <w:t>🤫 📘 חט״ב–חט״ע · הסוד</w:t>
      </w:r>
    </w:p>
    <w:p>
      <w:pPr>
        <w:bidi w:val="1"/>
        <w:spacing w:after="80"/>
        <w:jc w:val="right"/>
        <w:shd w:val="clear" w:color="auto" w:fill="EEF7FA"/>
      </w:pPr>
      <w:r>
        <w:rPr>
          <w:rFonts w:ascii="Arial" w:hAnsi="Arial" w:cs="Arial"/>
          <w:b w:val="0"/>
          <w:sz w:val="26"/>
          <w:rtl w:val="1"/>
          <w:szCs w:val="26"/>
        </w:rPr>
        <w:t>📍 שמעת שחברה סיפרה לאחרים משהו שסיפרת לה בסוד.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  <w:shd w:val="clear" w:color="auto" w:fill="F1EBFC"/>
            <w:shd w:val="clear" w:color="auto" w:fill="FDEC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🔴 הדרך שמכבידה</w:t>
            </w:r>
          </w:p>
        </w:tc>
        <w:tc>
          <w:tcPr>
            <w:tcW w:type="dxa" w:w="5270"/>
            <w:shd w:val="clear" w:color="auto" w:fill="F1EBFC"/>
            <w:shd w:val="clear" w:color="auto" w:fill="E1F5E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🟢 הדרך שעוזרת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💭 "אי אפשר לסמוך על אף אחד. כולם בוגדים."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💭 "שמעתי את זה ממישהו אחר. כדאי לבדוק איתה ישירות לפני שאני מחליט/ה."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💗 😡 פגוע/ה וכועס/ת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💗 😐 פגוע/ה, אבל בשליטה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🌡️ 1  2  3  4  5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🌡️ 1  2  3  4  5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👣 כותבים עליה משהו מעליב בקבוצה, כנקמה.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👣 מדברים איתה ביחידות, במסר אני: "נפגעתי כששמעתי ש..."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/>
          <w:color w:val="0E7490"/>
          <w:sz w:val="28"/>
          <w:rtl w:val="1"/>
          <w:szCs w:val="28"/>
          <w:bCs/>
        </w:rPr>
        <w:t>📊 📘 חט״ב–חט״ע · הציון</w:t>
      </w:r>
    </w:p>
    <w:p>
      <w:pPr>
        <w:bidi w:val="1"/>
        <w:spacing w:after="80"/>
        <w:jc w:val="right"/>
        <w:shd w:val="clear" w:color="auto" w:fill="EEF7FA"/>
      </w:pPr>
      <w:r>
        <w:rPr>
          <w:rFonts w:ascii="Arial" w:hAnsi="Arial" w:cs="Arial"/>
          <w:b w:val="0"/>
          <w:sz w:val="26"/>
          <w:rtl w:val="1"/>
          <w:szCs w:val="26"/>
        </w:rPr>
        <w:t>📍 קיבלת ציון נמוך ממה שציפית במבחן במתמטיקה.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  <w:shd w:val="clear" w:color="auto" w:fill="F1EBFC"/>
            <w:shd w:val="clear" w:color="auto" w:fill="FDEC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🔴 הדרך שמכבידה</w:t>
            </w:r>
          </w:p>
        </w:tc>
        <w:tc>
          <w:tcPr>
            <w:tcW w:type="dxa" w:w="5270"/>
            <w:shd w:val="clear" w:color="auto" w:fill="F1EBFC"/>
            <w:shd w:val="clear" w:color="auto" w:fill="E1F5E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🟢 הדרך שעוזרת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💭 "אני פשוט לא בנוי/ה למתמטיקה. גמרנו."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💭 "המבחן מראה מה צריך לחזק. ציון אחד הוא לא כל הסיפור שלי."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💗 😩 מיואש/ת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💗 😕 מאוכזב/ת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🌡️ 1  2  3  4  5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🌡️ 1  2  3  4  5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👣 מפסיקים להכין שיעורי בית במתמטיקה.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👣 קובעים עם המורה זמן לעבור על הטעויות.</w:t>
            </w:r>
          </w:p>
        </w:tc>
      </w:tr>
    </w:tbl>
    <w:p/>
    <w:p>
      <w:r>
        <w:br w:type="page"/>
      </w:r>
    </w:p>
    <w:p>
      <w:pPr>
        <w:bidi w:val="1"/>
        <w:spacing w:after="80"/>
        <w:jc w:val="right"/>
        <w:shd w:val="clear" w:color="auto" w:fill="F1EBFC"/>
      </w:pPr>
      <w:r>
        <w:rPr>
          <w:rFonts w:ascii="Arial" w:hAnsi="Arial" w:cs="Arial"/>
          <w:b/>
          <w:color w:val="432686"/>
          <w:sz w:val="28"/>
          <w:rtl w:val="1"/>
          <w:szCs w:val="28"/>
          <w:bCs/>
        </w:rPr>
        <w:t>🔀 הצומת שלי – לוח ריק לסיטואציות של התלמידים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0E7490"/>
          <w:sz w:val="28"/>
          <w:rtl w:val="1"/>
          <w:szCs w:val="28"/>
          <w:bCs/>
        </w:rPr>
        <w:t>🔀 הצומת שלי – לוח אישי</w:t>
      </w:r>
    </w:p>
    <w:p>
      <w:pPr>
        <w:bidi w:val="1"/>
        <w:spacing w:after="80"/>
        <w:jc w:val="right"/>
        <w:shd w:val="clear" w:color="auto" w:fill="EEF7FA"/>
      </w:pPr>
      <w:r>
        <w:rPr>
          <w:rFonts w:ascii="Arial" w:hAnsi="Arial" w:cs="Arial"/>
          <w:b w:val="0"/>
          <w:sz w:val="24"/>
          <w:rtl w:val="1"/>
          <w:szCs w:val="24"/>
        </w:rPr>
        <w:t>📍 מה קרה? 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  <w:shd w:val="clear" w:color="auto" w:fill="F1EBFC"/>
            <w:shd w:val="clear" w:color="auto" w:fill="FDEC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🔴 הדרך שמכבידה</w:t>
            </w:r>
          </w:p>
        </w:tc>
        <w:tc>
          <w:tcPr>
            <w:tcW w:type="dxa" w:w="5270"/>
            <w:shd w:val="clear" w:color="auto" w:fill="F1EBFC"/>
            <w:shd w:val="clear" w:color="auto" w:fill="E1F5E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🟢 הדרך שעוזרת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💭 מה חשבתי?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2"/>
                <w:rtl w:val="1"/>
                <w:szCs w:val="22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2"/>
                <w:rtl w:val="1"/>
                <w:szCs w:val="22"/>
              </w:rPr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💭 מה חשבתי?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2"/>
                <w:rtl w:val="1"/>
                <w:szCs w:val="22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2"/>
                <w:rtl w:val="1"/>
                <w:szCs w:val="22"/>
              </w:rPr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💗 מה הרגשתי?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2"/>
                <w:rtl w:val="1"/>
                <w:szCs w:val="22"/>
              </w:rPr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💗 מה הרגשתי?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2"/>
                <w:rtl w:val="1"/>
                <w:szCs w:val="22"/>
              </w:rPr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🌡️ 1  2  3  4  5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🌡️ 1  2  3  4  5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👣 מה עשיתי?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2"/>
                <w:rtl w:val="1"/>
                <w:szCs w:val="22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2"/>
                <w:rtl w:val="1"/>
                <w:szCs w:val="22"/>
              </w:rPr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👣 מה עשיתי?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2"/>
                <w:rtl w:val="1"/>
                <w:szCs w:val="22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2"/>
                <w:rtl w:val="1"/>
                <w:szCs w:val="22"/>
              </w:rPr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/>
          <w:color w:val="0E7490"/>
          <w:sz w:val="28"/>
          <w:rtl w:val="1"/>
          <w:szCs w:val="28"/>
          <w:bCs/>
        </w:rPr>
        <w:t>🔀 הצומת שלי – לוח אישי</w:t>
      </w:r>
    </w:p>
    <w:p>
      <w:pPr>
        <w:bidi w:val="1"/>
        <w:spacing w:after="80"/>
        <w:jc w:val="right"/>
        <w:shd w:val="clear" w:color="auto" w:fill="EEF7FA"/>
      </w:pPr>
      <w:r>
        <w:rPr>
          <w:rFonts w:ascii="Arial" w:hAnsi="Arial" w:cs="Arial"/>
          <w:b w:val="0"/>
          <w:sz w:val="24"/>
          <w:rtl w:val="1"/>
          <w:szCs w:val="24"/>
        </w:rPr>
        <w:t>📍 מה קרה? 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  <w:shd w:val="clear" w:color="auto" w:fill="F1EBFC"/>
            <w:shd w:val="clear" w:color="auto" w:fill="FDEC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🔴 הדרך שמכבידה</w:t>
            </w:r>
          </w:p>
        </w:tc>
        <w:tc>
          <w:tcPr>
            <w:tcW w:type="dxa" w:w="5270"/>
            <w:shd w:val="clear" w:color="auto" w:fill="F1EBFC"/>
            <w:shd w:val="clear" w:color="auto" w:fill="E1F5E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🟢 הדרך שעוזרת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💭 מה חשבתי?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2"/>
                <w:rtl w:val="1"/>
                <w:szCs w:val="22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2"/>
                <w:rtl w:val="1"/>
                <w:szCs w:val="22"/>
              </w:rPr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💭 מה חשבתי?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2"/>
                <w:rtl w:val="1"/>
                <w:szCs w:val="22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2"/>
                <w:rtl w:val="1"/>
                <w:szCs w:val="22"/>
              </w:rPr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💗 מה הרגשתי?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2"/>
                <w:rtl w:val="1"/>
                <w:szCs w:val="22"/>
              </w:rPr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💗 מה הרגשתי?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2"/>
                <w:rtl w:val="1"/>
                <w:szCs w:val="22"/>
              </w:rPr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🌡️ 1  2  3  4  5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🌡️ 1  2  3  4  5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👣 מה עשיתי?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2"/>
                <w:rtl w:val="1"/>
                <w:szCs w:val="22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2"/>
                <w:rtl w:val="1"/>
                <w:szCs w:val="22"/>
              </w:rPr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👣 מה עשיתי?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2"/>
                <w:rtl w:val="1"/>
                <w:szCs w:val="22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2"/>
                <w:rtl w:val="1"/>
                <w:szCs w:val="22"/>
              </w:rPr>
            </w:r>
          </w:p>
        </w:tc>
      </w:tr>
    </w:tbl>
    <w:p/>
    <w:p>
      <w:r>
        <w:br w:type="page"/>
      </w:r>
    </w:p>
    <w:p>
      <w:pPr>
        <w:bidi w:val="1"/>
        <w:spacing w:after="80"/>
        <w:jc w:val="right"/>
        <w:shd w:val="clear" w:color="auto" w:fill="F1EBFC"/>
      </w:pPr>
      <w:r>
        <w:rPr>
          <w:rFonts w:ascii="Arial" w:hAnsi="Arial" w:cs="Arial"/>
          <w:b/>
          <w:color w:val="432686"/>
          <w:sz w:val="28"/>
          <w:rtl w:val="1"/>
          <w:szCs w:val="28"/>
          <w:bCs/>
        </w:rPr>
        <w:t>🌡️ כרטיסי מדחום 1–5 (גוזרים ומרימים)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כל תלמיד/ה מקבל/ת סט. אחרי כל דרך מרימים את הכרטיס שמתאים לעוצמת הרגש.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2108"/>
        <w:gridCol w:w="2108"/>
        <w:gridCol w:w="2108"/>
        <w:gridCol w:w="2108"/>
        <w:gridCol w:w="2108"/>
      </w:tblGrid>
      <w:tr>
        <w:tc>
          <w:tcPr>
            <w:tcW w:type="dxa" w:w="2108"/>
            <w:shd w:val="clear" w:color="auto" w:fill="2e9e5b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56"/>
                <w:rtl w:val="1"/>
                <w:szCs w:val="56"/>
                <w:bCs/>
              </w:rPr>
              <w:t>1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54"/>
                <w:rtl w:val="1"/>
                <w:szCs w:val="54"/>
              </w:rPr>
              <w:t>קצת</w:t>
            </w:r>
          </w:p>
        </w:tc>
        <w:tc>
          <w:tcPr>
            <w:tcW w:type="dxa" w:w="2108"/>
            <w:shd w:val="clear" w:color="auto" w:fill="8cc63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56"/>
                <w:rtl w:val="1"/>
                <w:szCs w:val="56"/>
                <w:bCs/>
              </w:rPr>
              <w:t>2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54"/>
                <w:rtl w:val="1"/>
                <w:szCs w:val="54"/>
              </w:rPr>
              <w:t>מעט</w:t>
            </w:r>
          </w:p>
        </w:tc>
        <w:tc>
          <w:tcPr>
            <w:tcW w:type="dxa" w:w="2108"/>
            <w:shd w:val="clear" w:color="auto" w:fill="e3b50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56"/>
                <w:rtl w:val="1"/>
                <w:szCs w:val="56"/>
                <w:bCs/>
              </w:rPr>
              <w:t>3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54"/>
                <w:rtl w:val="1"/>
                <w:szCs w:val="54"/>
              </w:rPr>
              <w:t>בינוני</w:t>
            </w:r>
          </w:p>
        </w:tc>
        <w:tc>
          <w:tcPr>
            <w:tcW w:type="dxa" w:w="2108"/>
            <w:shd w:val="clear" w:color="auto" w:fill="ec7a1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56"/>
                <w:rtl w:val="1"/>
                <w:szCs w:val="56"/>
                <w:bCs/>
              </w:rPr>
              <w:t>4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54"/>
                <w:rtl w:val="1"/>
                <w:szCs w:val="54"/>
              </w:rPr>
              <w:t>חזק</w:t>
            </w:r>
          </w:p>
        </w:tc>
        <w:tc>
          <w:tcPr>
            <w:tcW w:type="dxa" w:w="2108"/>
            <w:shd w:val="clear" w:color="auto" w:fill="d6283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56"/>
                <w:rtl w:val="1"/>
                <w:szCs w:val="56"/>
                <w:bCs/>
              </w:rPr>
              <w:t>5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54"/>
                <w:rtl w:val="1"/>
                <w:szCs w:val="54"/>
              </w:rPr>
              <w:t>מאוד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5B6472"/>
          <w:sz w:val="20"/>
          <w:rtl w:val="1"/>
          <w:szCs w:val="20"/>
        </w:rPr>
        <w:t>יצרה: רוית ראש בן ישי · 💬 מדברים רגש – 🔀 הצומת שלי</w:t>
      </w:r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